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i/>
          <w:sz w:val="16"/>
        </w:rPr>
        <w:t>Copyright page template for a self-published book. Use the same publisher name as on your ISBN record.</w:t>
      </w:r>
    </w:p>
    <w:p>
      <w:r>
        <w:rPr>
          <w:i/>
          <w:sz w:val="16"/>
        </w:rPr>
        <w:t>Delete these notes. The copyright page goes on the back (left-hand page) of the title page, in a smaller size than the body text.</w:t>
      </w:r>
    </w:p>
    <w:p>
      <w:r>
        <w:br w:type="page"/>
      </w:r>
    </w:p>
    <w:p>
      <w:r>
        <w:rPr>
          <w:sz w:val="17"/>
        </w:rPr>
        <w:t>[Book title]</w:t>
      </w:r>
    </w:p>
    <w:p>
      <w:r>
        <w:rPr>
          <w:sz w:val="17"/>
        </w:rPr>
        <w:t>Copyright © [year] [author or copyright holder]</w:t>
      </w:r>
    </w:p>
    <w:p>
      <w:r>
        <w:rPr>
          <w:sz w:val="17"/>
        </w:rPr>
        <w:t>All rights reserved.</w:t>
      </w:r>
    </w:p>
    <w:p>
      <w:r>
        <w:rPr>
          <w:sz w:val="17"/>
        </w:rPr>
        <w:t>No part of this book may be reproduced, stored in a retrieval system or transmitted in any form or by any means, electronic, mechanical, photocopying, recording or otherwise, without the prior written permission of the copyright owner, except for brief quotations in a book review.</w:t>
      </w:r>
    </w:p>
    <w:p>
      <w:r>
        <w:rPr>
          <w:sz w:val="17"/>
        </w:rPr>
        <w:t>[Optional] No part of this book may be used to train artificial intelligence systems without the author's written permission.</w:t>
      </w:r>
    </w:p>
    <w:p>
      <w:r>
        <w:rPr>
          <w:sz w:val="17"/>
        </w:rPr>
        <w:t>ISBN [978-...] (paperback)</w:t>
      </w:r>
    </w:p>
    <w:p>
      <w:r>
        <w:rPr>
          <w:sz w:val="17"/>
        </w:rPr>
        <w:t>ISBN [978-...] (ebook)</w:t>
      </w:r>
    </w:p>
    <w:p>
      <w:r>
        <w:rPr>
          <w:sz w:val="17"/>
        </w:rPr>
        <w:t>For permissions and rights: [email or website]</w:t>
      </w:r>
    </w:p>
    <w:p>
      <w:r>
        <w:rPr>
          <w:sz w:val="17"/>
        </w:rPr>
        <w:t>Cover design: [name]    Edited by: [name]</w:t>
      </w:r>
    </w:p>
    <w:p>
      <w:r>
        <w:rPr>
          <w:sz w:val="17"/>
        </w:rPr>
        <w:t>[First edition / Second edition, revised [year]. First published [year].]</w:t>
      </w:r>
    </w:p>
    <w:p>
      <w:r>
        <w:rPr>
          <w:sz w:val="17"/>
        </w:rPr>
        <w:t>Published by [your imprint name, or: the author]</w:t>
      </w:r>
    </w:p>
    <w:p>
      <w:r>
        <w:rPr>
          <w:sz w:val="17"/>
        </w:rPr>
        <w:t>Printed in the United States of America</w:t>
      </w:r>
    </w:p>
    <w:p>
      <w:r>
        <w:rPr>
          <w:i/>
          <w:sz w:val="16"/>
        </w:rPr>
        <w:t>Template from Harmony Publishing (harmonypublishing.net). Free to use and change.</w:t>
      </w:r>
    </w:p>
    <w:sectPr w:rsidR="00FC693F" w:rsidRPr="0006063C" w:rsidSect="00034616">
      <w:pgSz w:w="8640" w:h="1296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