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sz w:val="16"/>
        </w:rPr>
        <w:t>KDP copyright page: two versions. Page 1 is for the paperback or hardcover; page 2 is for the Kindle ebook. If you use KDP's free ISBN, the imprint shows as "Independently published".</w:t>
      </w:r>
    </w:p>
    <w:p>
      <w:r>
        <w:br w:type="page"/>
      </w:r>
    </w:p>
    <w:p>
      <w:r>
        <w:rPr>
          <w:sz w:val="17"/>
        </w:rPr>
        <w:t>[Book title]</w:t>
      </w:r>
    </w:p>
    <w:p>
      <w:r>
        <w:rPr>
          <w:sz w:val="17"/>
        </w:rPr>
        <w:t>Copyright © [year] [author or copyright holder]</w:t>
      </w:r>
    </w:p>
    <w:p>
      <w:r>
        <w:rPr>
          <w:sz w:val="17"/>
        </w:rPr>
        <w:t>All rights reserved.</w:t>
      </w:r>
    </w:p>
    <w:p>
      <w:r>
        <w:rPr>
          <w:sz w:val="17"/>
        </w:rPr>
        <w:t>No part of this book may be reproduced, stored in a retrieval system or transmitted in any form or by any means, electronic, mechanical, photocopying, recording or otherwise, without the prior written permission of the copyright owner, except for brief quotations in a book review.</w:t>
      </w:r>
    </w:p>
    <w:p>
      <w:r>
        <w:rPr>
          <w:sz w:val="17"/>
        </w:rPr>
        <w:t>ISBN [the ISBN shown on your KDP paperback or hardcover setup page]</w:t>
      </w:r>
    </w:p>
    <w:p>
      <w:r>
        <w:rPr>
          <w:sz w:val="17"/>
        </w:rPr>
        <w:t>Independently published</w:t>
      </w:r>
    </w:p>
    <w:p>
      <w:r>
        <w:rPr>
          <w:sz w:val="17"/>
        </w:rPr>
        <w:t>First edition</w:t>
      </w:r>
    </w:p>
    <w:p>
      <w:r>
        <w:br w:type="page"/>
      </w:r>
    </w:p>
    <w:p>
      <w:r>
        <w:rPr>
          <w:sz w:val="17"/>
        </w:rPr>
        <w:t>[Book title], Kindle edition</w:t>
      </w:r>
    </w:p>
    <w:p>
      <w:r>
        <w:rPr>
          <w:sz w:val="17"/>
        </w:rPr>
        <w:t>Copyright © [year] [author]</w:t>
      </w:r>
    </w:p>
    <w:p>
      <w:r>
        <w:rPr>
          <w:sz w:val="17"/>
        </w:rPr>
        <w:t>All rights reserved.</w:t>
      </w:r>
    </w:p>
    <w:p>
      <w:r>
        <w:rPr>
          <w:sz w:val="17"/>
        </w:rPr>
        <w:t>This ebook is licensed for your personal enjoyment only. It may not be resold or given away. Thank you for respecting the author's work.</w:t>
      </w:r>
    </w:p>
    <w:p>
      <w:r>
        <w:rPr>
          <w:sz w:val="17"/>
        </w:rPr>
        <w:t>[No ISBN needed for a Kindle ebook; do not copy the print ISBN here.]</w:t>
      </w:r>
    </w:p>
    <w:p>
      <w:r>
        <w:rPr>
          <w:i/>
          <w:sz w:val="16"/>
        </w:rPr>
        <w:t>Template from Harmony Publishing (harmonypublishing.net). Free to use and change.</w:t>
      </w:r>
    </w:p>
    <w:sectPr w:rsidR="00FC693F" w:rsidRPr="0006063C" w:rsidSect="00034616">
      <w:pgSz w:w="8640" w:h="1296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