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6"/>
        </w:rPr>
        <w:t>Dedication page template, 6 x 9 inch book.</w:t>
      </w:r>
    </w:p>
    <w:p>
      <w:r>
        <w:rPr>
          <w:i/>
          <w:sz w:val="16"/>
        </w:rPr>
        <w:t>Delete these notes before you use the page. The dedication sits alone on a right-hand page after the copyright page.</w:t>
      </w:r>
    </w:p>
    <w:p>
      <w:r>
        <w:br w:type="page"/>
      </w:r>
    </w:p>
    <w:p/>
    <w:p/>
    <w:p/>
    <w:p/>
    <w:p/>
    <w:p/>
    <w:p/>
    <w:p>
      <w:pPr>
        <w:jc w:val="center"/>
      </w:pPr>
      <w:r>
        <w:rPr>
          <w:i/>
        </w:rPr>
        <w:t>For [name],</w:t>
      </w:r>
    </w:p>
    <w:p>
      <w:pPr>
        <w:jc w:val="center"/>
      </w:pPr>
      <w:r>
        <w:rPr>
          <w:i/>
        </w:rPr>
        <w:t>who [one true detail].</w:t>
      </w:r>
    </w:p>
    <w:p>
      <w:r>
        <w:br w:type="page"/>
      </w:r>
    </w:p>
    <w:p>
      <w:r>
        <w:rPr>
          <w:i/>
          <w:sz w:val="16"/>
        </w:rPr>
        <w:t>Alternative versions (copy one onto the page above):</w:t>
      </w:r>
    </w:p>
    <w:p>
      <w:r>
        <w:t>For [name], who [one true detail].</w:t>
      </w:r>
    </w:p>
    <w:p>
      <w:r>
        <w:t>To [name]. [Four to ten more words, or none.]</w:t>
      </w:r>
    </w:p>
    <w:p>
      <w:r>
        <w:t>In memory of [name] ([year]–[year]).</w:t>
      </w:r>
    </w:p>
    <w:p>
      <w:r>
        <w:t>For everyone who [shared experience].</w:t>
      </w:r>
    </w:p>
    <w:p>
      <w:r>
        <w:rPr>
          <w:i/>
          <w:sz w:val="16"/>
        </w:rPr>
        <w:t>Template from Harmony Publishing (harmonypublishing.net). Free to use and change.</w:t>
      </w:r>
    </w:p>
    <w:sectPr w:rsidR="00FC693F" w:rsidRPr="0006063C" w:rsidSect="00034616">
      <w:pgSz w:w="8640" w:h="1296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