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sz w:val="16"/>
        </w:rPr>
        <w:t>Copyright page template (United States).</w:t>
      </w:r>
    </w:p>
    <w:p>
      <w:r>
        <w:rPr>
          <w:i/>
          <w:sz w:val="16"/>
        </w:rPr>
        <w:t>Delete these notes. The copyright page goes on the back (left-hand page) of the title page, in a smaller size than the body text.</w:t>
      </w:r>
    </w:p>
    <w:p>
      <w:r>
        <w:br w:type="page"/>
      </w:r>
    </w:p>
    <w:p>
      <w:r>
        <w:rPr>
          <w:sz w:val="17"/>
        </w:rPr>
        <w:t>[Book title]</w:t>
      </w:r>
    </w:p>
    <w:p>
      <w:r>
        <w:rPr>
          <w:sz w:val="17"/>
        </w:rPr>
        <w:t>Copyright © [year] [author or copyright holder]</w:t>
      </w:r>
    </w:p>
    <w:p>
      <w:r>
        <w:rPr>
          <w:sz w:val="17"/>
        </w:rPr>
        <w:t>All rights reserved.</w:t>
      </w:r>
    </w:p>
    <w:p>
      <w:r>
        <w:rPr>
          <w:sz w:val="17"/>
        </w:rPr>
        <w:t>No part of this book may be reproduced, stored in a retrieval system or transmitted in any form or by any means, electronic, mechanical, photocopying, recording or otherwise, without the prior written permission of the copyright owner, except for brief quotations in a book review.</w:t>
      </w:r>
    </w:p>
    <w:p>
      <w:r>
        <w:rPr>
          <w:sz w:val="17"/>
        </w:rPr>
        <w:t>[Optional, fiction] This is a work of fiction. Names, characters, places and incidents are products of the author's imagination or are used fictitiously. Any resemblance to actual persons, living or dead, or to events or places is coincidental.</w:t>
      </w:r>
    </w:p>
    <w:p>
      <w:r>
        <w:rPr>
          <w:sz w:val="17"/>
        </w:rPr>
        <w:t>[Optional] Scripture quotations are taken from the [translation]. Used by permission. All rights reserved.</w:t>
      </w:r>
    </w:p>
    <w:p>
      <w:r>
        <w:rPr>
          <w:sz w:val="17"/>
        </w:rPr>
        <w:t>ISBN [978-...] (paperback)</w:t>
      </w:r>
    </w:p>
    <w:p>
      <w:r>
        <w:rPr>
          <w:sz w:val="17"/>
        </w:rPr>
        <w:t>ISBN [978-...] (hardcover)</w:t>
      </w:r>
    </w:p>
    <w:p>
      <w:r>
        <w:rPr>
          <w:sz w:val="17"/>
        </w:rPr>
        <w:t>ISBN [978-...] (ebook)</w:t>
      </w:r>
    </w:p>
    <w:p>
      <w:r>
        <w:rPr>
          <w:sz w:val="17"/>
        </w:rPr>
        <w:t>[Optional] Library of Congress Control Number: [number]</w:t>
      </w:r>
    </w:p>
    <w:p>
      <w:r>
        <w:rPr>
          <w:sz w:val="17"/>
        </w:rPr>
        <w:t>Cover design: [name]    Interior design: [name]    Edited by: [name]</w:t>
      </w:r>
    </w:p>
    <w:p>
      <w:r>
        <w:rPr>
          <w:sz w:val="17"/>
        </w:rPr>
        <w:t>First edition</w:t>
      </w:r>
    </w:p>
    <w:p>
      <w:r>
        <w:rPr>
          <w:sz w:val="17"/>
        </w:rPr>
        <w:t>Published by [publisher or imprint], [city]</w:t>
      </w:r>
    </w:p>
    <w:p>
      <w:r>
        <w:rPr>
          <w:sz w:val="17"/>
        </w:rPr>
        <w:t>Printed in the United States of America</w:t>
      </w:r>
    </w:p>
    <w:p>
      <w:r>
        <w:rPr>
          <w:i/>
          <w:sz w:val="16"/>
        </w:rPr>
        <w:t>Template from Harmony Publishing (harmonypublishing.net). Free to use and change.</w:t>
      </w:r>
    </w:p>
    <w:sectPr w:rsidR="00FC693F" w:rsidRPr="0006063C" w:rsidSect="00034616">
      <w:pgSz w:w="8640" w:h="1296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