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Book Proposal: [Title]</w:t>
      </w:r>
    </w:p>
    <w:p>
      <w:r>
        <w:rPr>
          <w:i/>
          <w:sz w:val="16"/>
        </w:rPr>
        <w:t>Replace every [bracketed prompt]. Keep the section order. Agents read the overview first; make it short and specific.</w:t>
      </w:r>
    </w:p>
    <w:p>
      <w:pPr>
        <w:pStyle w:val="Heading1"/>
      </w:pPr>
      <w:r>
        <w:t>Title page</w:t>
      </w:r>
    </w:p>
    <w:p>
      <w:r>
        <w:t>[Title: Subtitle]</w:t>
      </w:r>
    </w:p>
    <w:p>
      <w:r>
        <w:t>A book proposal by [author name]</w:t>
      </w:r>
    </w:p>
    <w:p>
      <w:r>
        <w:t>[email] | [phone] | [website]</w:t>
      </w:r>
    </w:p>
    <w:p>
      <w:r>
        <w:t>Represented by: [agent, if any]</w:t>
      </w:r>
    </w:p>
    <w:p>
      <w:pPr>
        <w:pStyle w:val="Heading1"/>
      </w:pPr>
      <w:r>
        <w:t>Overview</w:t>
      </w:r>
    </w:p>
    <w:p>
      <w:r>
        <w:t>[One or two pages. Open with the hook in one sentence. Then: what the book is, who it is for, what they get from it, and why now.]</w:t>
      </w:r>
    </w:p>
    <w:p>
      <w:pPr>
        <w:pStyle w:val="Heading1"/>
      </w:pPr>
      <w:r>
        <w:t>Target readers</w:t>
      </w:r>
    </w:p>
    <w:p>
      <w:r>
        <w:t>[Describe the readers concretely: who they are, where they gather, what they already read. Use numbers only if you can show where they come from.]</w:t>
      </w:r>
    </w:p>
    <w:p>
      <w:pPr>
        <w:pStyle w:val="Heading1"/>
      </w:pPr>
      <w:r>
        <w:t>Comparable titles</w:t>
      </w:r>
    </w:p>
    <w:p>
      <w:r>
        <w:t>[Three to five books from roughly the last five years. For each: title, author, publisher, year, and one sentence on how your book is different.]</w:t>
      </w:r>
    </w:p>
    <w:p>
      <w:pPr>
        <w:pStyle w:val="Heading1"/>
      </w:pPr>
      <w:r>
        <w:t>About the author</w:t>
      </w:r>
    </w:p>
    <w:p>
      <w:r>
        <w:t>[Why you: credentials, experience, and your platform: newsletter subscribers, audience, speaking. Current numbers only.]</w:t>
      </w:r>
    </w:p>
    <w:p>
      <w:pPr>
        <w:pStyle w:val="Heading1"/>
      </w:pPr>
      <w:r>
        <w:t>Marketing and promotion</w:t>
      </w:r>
    </w:p>
    <w:p>
      <w:r>
        <w:t>[What YOU will do: launch plan, events, partnerships, media you can reach. Not what the publisher should do.]</w:t>
      </w:r>
    </w:p>
    <w:p>
      <w:pPr>
        <w:pStyle w:val="Heading1"/>
      </w:pPr>
      <w:r>
        <w:t>Book specifications</w:t>
      </w:r>
    </w:p>
    <w:p>
      <w:r>
        <w:t>Expected length: [number] words</w:t>
      </w:r>
    </w:p>
    <w:p>
      <w:r>
        <w:t>Delivery: [month, year] after signing</w:t>
      </w:r>
    </w:p>
    <w:p>
      <w:r>
        <w:t>Illustrations, photographs or permissions needed: [none / list]</w:t>
      </w:r>
    </w:p>
    <w:p>
      <w:pPr>
        <w:pStyle w:val="Heading1"/>
      </w:pPr>
      <w:r>
        <w:t>Chapter outline</w:t>
      </w:r>
    </w:p>
    <w:p>
      <w:r>
        <w:t>Chapter 1: [title]. [One paragraph: what the reader learns or what happens.]</w:t>
      </w:r>
    </w:p>
    <w:p>
      <w:r>
        <w:t>Chapter 2: [title]. [...]</w:t>
      </w:r>
    </w:p>
    <w:p>
      <w:r>
        <w:t>[Continue for every chapter.]</w:t>
      </w:r>
    </w:p>
    <w:p>
      <w:pPr>
        <w:pStyle w:val="Heading1"/>
      </w:pPr>
      <w:r>
        <w:t>Sample chapters</w:t>
      </w:r>
    </w:p>
    <w:p>
      <w:r>
        <w:t>[Paste one to three polished chapters here, or attach them as a separate file if the agent's guidelines ask for that.]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