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Media Kit: [Author name]</w:t>
      </w:r>
    </w:p>
    <w:p>
      <w:pPr>
        <w:pStyle w:val="Heading1"/>
      </w:pPr>
      <w:r>
        <w:t>Contact</w:t>
      </w:r>
    </w:p>
    <w:p>
      <w:r>
        <w:t>Media: [email]</w:t>
      </w:r>
    </w:p>
    <w:p>
      <w:r>
        <w:t>Events and bookings: [email]</w:t>
      </w:r>
    </w:p>
    <w:p>
      <w:r>
        <w:t>Website: [url]</w:t>
      </w:r>
    </w:p>
    <w:p>
      <w:pPr>
        <w:pStyle w:val="Heading1"/>
      </w:pPr>
      <w:r>
        <w:t>Bio, 35 words</w:t>
      </w:r>
    </w:p>
    <w:p>
      <w:r>
        <w:t>[Third person. Who you are, the book, where you live.]</w:t>
      </w:r>
    </w:p>
    <w:p>
      <w:pPr>
        <w:pStyle w:val="Heading1"/>
      </w:pPr>
      <w:r>
        <w:t>Bio, 100 words</w:t>
      </w:r>
    </w:p>
    <w:p>
      <w:r>
        <w:t>[Third person. Add credentials and one human detail.]</w:t>
      </w:r>
    </w:p>
    <w:p>
      <w:pPr>
        <w:pStyle w:val="Heading1"/>
      </w:pPr>
      <w:r>
        <w:t>Bio, 250 words</w:t>
      </w:r>
    </w:p>
    <w:p>
      <w:r>
        <w:t>[Third person. The full story: background, the book, what you do now.]</w:t>
      </w:r>
    </w:p>
    <w:p>
      <w:pPr>
        <w:pStyle w:val="Heading1"/>
      </w:pPr>
      <w:r>
        <w:t>Book facts</w:t>
      </w:r>
    </w:p>
    <w:p>
      <w:r>
        <w:t>Title: [title]  Subtitle: [subtitle]</w:t>
      </w:r>
    </w:p>
    <w:p>
      <w:r>
        <w:t>Publication date: [date]</w:t>
      </w:r>
    </w:p>
    <w:p>
      <w:r>
        <w:t>Formats and ISBNs: [paperback ISBN] / [hardcover ISBN] / [ebook ISBN]</w:t>
      </w:r>
    </w:p>
    <w:p>
      <w:r>
        <w:t>Pages: [number]   Trim: [size]   List price: [price per format]</w:t>
      </w:r>
    </w:p>
    <w:p>
      <w:r>
        <w:t>Available from: [retailers, distributor]</w:t>
      </w:r>
    </w:p>
    <w:p>
      <w:pPr>
        <w:pStyle w:val="Heading1"/>
      </w:pPr>
      <w:r>
        <w:t>About the book, 150 words</w:t>
      </w:r>
    </w:p>
    <w:p>
      <w:r>
        <w:t>[The back-cover copy, adapted for media.]</w:t>
      </w:r>
    </w:p>
    <w:p>
      <w:pPr>
        <w:pStyle w:val="Heading1"/>
      </w:pPr>
      <w:r>
        <w:t>Sample interview questions</w:t>
      </w:r>
    </w:p>
    <w:p>
      <w:r>
        <w:t>1. [A question you would love to answer]</w:t>
      </w:r>
    </w:p>
    <w:p>
      <w:r>
        <w:t>2. [...]</w:t>
      </w:r>
    </w:p>
    <w:p>
      <w:r>
        <w:t>3. [...]</w:t>
      </w:r>
    </w:p>
    <w:p>
      <w:r>
        <w:t>4. [...]</w:t>
      </w:r>
    </w:p>
    <w:p>
      <w:r>
        <w:t>5. [...]</w:t>
      </w:r>
    </w:p>
    <w:p>
      <w:pPr>
        <w:pStyle w:val="Heading1"/>
      </w:pPr>
      <w:r>
        <w:t>Endorsements and early reviews</w:t>
      </w:r>
    </w:p>
    <w:p>
      <w:r>
        <w:t>"[Quote]", [name, credential] (with permission)</w:t>
      </w:r>
    </w:p>
    <w:p>
      <w:pPr>
        <w:pStyle w:val="Heading1"/>
      </w:pPr>
      <w:r>
        <w:t>Images</w:t>
      </w:r>
    </w:p>
    <w:p>
      <w:r>
        <w:t>Cover: [link to high-resolution file]  Author photo: [link] (photo credit: [name])</w:t>
      </w:r>
    </w:p>
    <w:p>
      <w:pPr>
        <w:pStyle w:val="Heading1"/>
      </w:pPr>
      <w:r>
        <w:t>Press release</w:t>
      </w:r>
    </w:p>
    <w:p>
      <w:r>
        <w:t>[One page announcing the launch: headline, date line, three short paragraphs, contact.]</w:t>
      </w:r>
    </w:p>
    <w:p>
      <w:r>
        <w:rPr>
          <w:i/>
          <w:sz w:val="16"/>
        </w:rPr>
        <w:t>Template from Harmony Publishing (harmonypublishing.net). Free to use and change.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