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Media Kit (example): Grace Mensah, Night Shift</w:t>
      </w:r>
    </w:p>
    <w:p>
      <w:pPr>
        <w:pStyle w:val="Heading1"/>
      </w:pPr>
      <w:r>
        <w:t>Note</w:t>
      </w:r>
    </w:p>
    <w:p>
      <w:r>
        <w:t>A filled-in example. The author and book are invented to show the level of detail; replace everything.</w:t>
      </w:r>
    </w:p>
    <w:p>
      <w:pPr>
        <w:pStyle w:val="Heading1"/>
      </w:pPr>
      <w:r>
        <w:t>Contact</w:t>
      </w:r>
    </w:p>
    <w:p>
      <w:r>
        <w:t>Media: press@[domain]</w:t>
      </w:r>
    </w:p>
    <w:p>
      <w:r>
        <w:t>Events: events@[domain]</w:t>
      </w:r>
    </w:p>
    <w:p>
      <w:r>
        <w:t>Website: [domain]</w:t>
      </w:r>
    </w:p>
    <w:p>
      <w:pPr>
        <w:pStyle w:val="Heading1"/>
      </w:pPr>
      <w:r>
        <w:t>Bio, 35 words</w:t>
      </w:r>
    </w:p>
    <w:p>
      <w:r>
        <w:t>Grace Mensah is a pediatric nurse and the author of Night Shift, a memoir of twenty years on a children's ward. She lives in Columbus, Ohio, with her husband and two very loud dogs.</w:t>
      </w:r>
    </w:p>
    <w:p>
      <w:pPr>
        <w:pStyle w:val="Heading1"/>
      </w:pPr>
      <w:r>
        <w:t>Bio, 100 words</w:t>
      </w:r>
    </w:p>
    <w:p>
      <w:r>
        <w:t>Grace Mensah has worked night shifts on a children's ward since 2006. Night Shift, her first book, began as notes she wrote on the bus home after the hardest nights, to remember the children who taught her the most. She has spoken to nursing students about burnout and about joy, and writes a monthly letter for nurses who are new to night work. She lives in Columbus, Ohio, with her husband and two very loud dogs.</w:t>
      </w:r>
    </w:p>
    <w:p>
      <w:pPr>
        <w:pStyle w:val="Heading1"/>
      </w:pPr>
      <w:r>
        <w:t>Book facts</w:t>
      </w:r>
    </w:p>
    <w:p>
      <w:r>
        <w:t>Night Shift: Twenty Years on a Children's Ward</w:t>
      </w:r>
    </w:p>
    <w:p>
      <w:r>
        <w:t>Publication date: [date]</w:t>
      </w:r>
    </w:p>
    <w:p>
      <w:r>
        <w:t>Paperback ISBN [978-...]; ebook ISBN [978-...]</w:t>
      </w:r>
    </w:p>
    <w:p>
      <w:r>
        <w:t>Pages: 272   Trim: 6 x 9 in</w:t>
      </w:r>
    </w:p>
    <w:p>
      <w:r>
        <w:t>Available from: [retailers]</w:t>
      </w:r>
    </w:p>
    <w:p>
      <w:pPr>
        <w:pStyle w:val="Heading1"/>
      </w:pPr>
      <w:r>
        <w:t>Sample interview questions</w:t>
      </w:r>
    </w:p>
    <w:p>
      <w:r>
        <w:t>1. What did the children on your ward teach you that nursing school didn't?</w:t>
      </w:r>
    </w:p>
    <w:p>
      <w:r>
        <w:t>2. Why write it down?</w:t>
      </w:r>
    </w:p>
    <w:p>
      <w:r>
        <w:t>3. What should every new nurse know about the first night shift?</w:t>
      </w:r>
    </w:p>
    <w:p>
      <w:r>
        <w:t>4. How did you protect the families' privacy?</w:t>
      </w:r>
    </w:p>
    <w:p>
      <w:r>
        <w:t>5. What keeps you going back?</w:t>
      </w:r>
    </w:p>
    <w:p>
      <w:r>
        <w:rPr>
          <w:i/>
          <w:sz w:val="16"/>
        </w:rPr>
        <w:t>Template from Harmony Publishing (harmonypublishing.net). Free to use and change.</w:t>
      </w:r>
    </w:p>
    <w:sectPr w:rsidR="00FC693F" w:rsidRPr="0006063C" w:rsidSect="00034616">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